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155"/>
        <w:tblW w:w="0" w:type="auto"/>
        <w:tblLook w:val="04A0" w:firstRow="1" w:lastRow="0" w:firstColumn="1" w:lastColumn="0" w:noHBand="0" w:noVBand="1"/>
      </w:tblPr>
      <w:tblGrid>
        <w:gridCol w:w="772"/>
        <w:gridCol w:w="1975"/>
      </w:tblGrid>
      <w:tr w:rsidR="00CC4AF4" w:rsidRPr="00CC4AF4" w14:paraId="7AB606B1" w14:textId="128DA59F" w:rsidTr="0030175E">
        <w:trPr>
          <w:trHeight w:val="267"/>
        </w:trPr>
        <w:tc>
          <w:tcPr>
            <w:tcW w:w="772" w:type="dxa"/>
          </w:tcPr>
          <w:p w14:paraId="6A2DD0F4" w14:textId="77777777" w:rsidR="00CC4AF4" w:rsidRPr="00CC4AF4" w:rsidRDefault="00CC4AF4" w:rsidP="0030175E">
            <w:pPr>
              <w:jc w:val="center"/>
            </w:pPr>
            <w:r w:rsidRPr="00CC4AF4">
              <w:t>Fecha</w:t>
            </w:r>
          </w:p>
        </w:tc>
        <w:tc>
          <w:tcPr>
            <w:tcW w:w="1975" w:type="dxa"/>
          </w:tcPr>
          <w:p w14:paraId="5F178DD1" w14:textId="77777777" w:rsidR="00CC4AF4" w:rsidRPr="00CC4AF4" w:rsidRDefault="00CC4AF4" w:rsidP="0030175E">
            <w:pPr>
              <w:jc w:val="center"/>
            </w:pPr>
          </w:p>
        </w:tc>
      </w:tr>
      <w:tr w:rsidR="00CC4AF4" w:rsidRPr="00CC4AF4" w14:paraId="083D72B4" w14:textId="33B37730" w:rsidTr="0030175E">
        <w:trPr>
          <w:trHeight w:val="267"/>
        </w:trPr>
        <w:tc>
          <w:tcPr>
            <w:tcW w:w="772" w:type="dxa"/>
          </w:tcPr>
          <w:p w14:paraId="342B9D47" w14:textId="77777777" w:rsidR="00CC4AF4" w:rsidRPr="00CC4AF4" w:rsidRDefault="00CC4AF4" w:rsidP="0030175E">
            <w:pPr>
              <w:jc w:val="center"/>
            </w:pPr>
            <w:proofErr w:type="spellStart"/>
            <w:r w:rsidRPr="00CC4AF4">
              <w:t>N°</w:t>
            </w:r>
            <w:proofErr w:type="spellEnd"/>
          </w:p>
        </w:tc>
        <w:tc>
          <w:tcPr>
            <w:tcW w:w="1975" w:type="dxa"/>
          </w:tcPr>
          <w:p w14:paraId="06F04DC6" w14:textId="77777777" w:rsidR="00CC4AF4" w:rsidRPr="00CC4AF4" w:rsidRDefault="00CC4AF4" w:rsidP="0030175E">
            <w:pPr>
              <w:jc w:val="center"/>
            </w:pPr>
          </w:p>
        </w:tc>
      </w:tr>
    </w:tbl>
    <w:p w14:paraId="413296C3" w14:textId="77777777" w:rsidR="0030175E" w:rsidRDefault="0030175E" w:rsidP="005245F4">
      <w:pPr>
        <w:jc w:val="center"/>
      </w:pPr>
    </w:p>
    <w:p w14:paraId="172EFC00" w14:textId="3AD4B66C" w:rsidR="00B74C6C" w:rsidRPr="00CC4AF4" w:rsidRDefault="008945D6" w:rsidP="005245F4">
      <w:pPr>
        <w:jc w:val="center"/>
      </w:pPr>
      <w:r w:rsidRPr="00CC4AF4">
        <w:t>FORMULARIO DE DENUNCI</w:t>
      </w:r>
      <w:r w:rsidRPr="00CC4AF4">
        <w:t>AS AMBIENTALES CIUDADANAS</w:t>
      </w:r>
    </w:p>
    <w:p w14:paraId="0086416E" w14:textId="77777777" w:rsidR="00B74C6C" w:rsidRPr="00CC4AF4" w:rsidRDefault="008945D6" w:rsidP="005245F4">
      <w:pPr>
        <w:jc w:val="center"/>
      </w:pPr>
      <w:r w:rsidRPr="00CC4AF4">
        <w:t>I. MUNICIPALIDAD DE MÁFIL</w:t>
      </w:r>
      <w:r w:rsidRPr="00CC4AF4">
        <w:br/>
        <w:t>UNIDAD DE MEDIO AMBIENTE</w:t>
      </w:r>
    </w:p>
    <w:p w14:paraId="2F424FDF" w14:textId="77777777" w:rsidR="00B74C6C" w:rsidRPr="00CC4AF4" w:rsidRDefault="008945D6" w:rsidP="005245F4">
      <w:pPr>
        <w:jc w:val="center"/>
      </w:pPr>
      <w:r w:rsidRPr="00CC4AF4">
        <w:t>1.- IDENTIFICACIÓN DEL DENUNCIANTE</w:t>
      </w:r>
    </w:p>
    <w:tbl>
      <w:tblPr>
        <w:tblStyle w:val="Tablaconcuadrcula"/>
        <w:tblW w:w="9747" w:type="dxa"/>
        <w:jc w:val="center"/>
        <w:tblLook w:val="04A0" w:firstRow="1" w:lastRow="0" w:firstColumn="1" w:lastColumn="0" w:noHBand="0" w:noVBand="1"/>
      </w:tblPr>
      <w:tblGrid>
        <w:gridCol w:w="1417"/>
        <w:gridCol w:w="1436"/>
        <w:gridCol w:w="2184"/>
        <w:gridCol w:w="1308"/>
        <w:gridCol w:w="1843"/>
        <w:gridCol w:w="1559"/>
      </w:tblGrid>
      <w:tr w:rsidR="000C5D5F" w:rsidRPr="00CC4AF4" w14:paraId="65C6D780" w14:textId="4C1A4FD1" w:rsidTr="000C5D5F">
        <w:trPr>
          <w:jc w:val="center"/>
        </w:trPr>
        <w:tc>
          <w:tcPr>
            <w:tcW w:w="1417" w:type="dxa"/>
          </w:tcPr>
          <w:p w14:paraId="1DFEF3A8" w14:textId="77777777" w:rsidR="000C5D5F" w:rsidRPr="00CC4AF4" w:rsidRDefault="000C5D5F" w:rsidP="005245F4">
            <w:pPr>
              <w:jc w:val="center"/>
            </w:pPr>
            <w:r w:rsidRPr="00CC4AF4">
              <w:t>Nombre</w:t>
            </w:r>
          </w:p>
        </w:tc>
        <w:tc>
          <w:tcPr>
            <w:tcW w:w="1436" w:type="dxa"/>
          </w:tcPr>
          <w:p w14:paraId="4057A81E" w14:textId="77777777" w:rsidR="000C5D5F" w:rsidRPr="00CC4AF4" w:rsidRDefault="000C5D5F" w:rsidP="005245F4">
            <w:pPr>
              <w:jc w:val="center"/>
            </w:pPr>
          </w:p>
        </w:tc>
        <w:tc>
          <w:tcPr>
            <w:tcW w:w="2184" w:type="dxa"/>
          </w:tcPr>
          <w:p w14:paraId="58D63F1C" w14:textId="06853BE6" w:rsidR="000C5D5F" w:rsidRPr="00CC4AF4" w:rsidRDefault="000C5D5F" w:rsidP="005245F4">
            <w:pPr>
              <w:jc w:val="center"/>
            </w:pPr>
            <w:r w:rsidRPr="00CC4AF4">
              <w:t>Apellido paterno</w:t>
            </w:r>
          </w:p>
        </w:tc>
        <w:tc>
          <w:tcPr>
            <w:tcW w:w="1308" w:type="dxa"/>
          </w:tcPr>
          <w:p w14:paraId="73DC7FD2" w14:textId="77777777" w:rsidR="000C5D5F" w:rsidRPr="00CC4AF4" w:rsidRDefault="000C5D5F" w:rsidP="005245F4">
            <w:pPr>
              <w:jc w:val="center"/>
            </w:pPr>
          </w:p>
        </w:tc>
        <w:tc>
          <w:tcPr>
            <w:tcW w:w="1843" w:type="dxa"/>
          </w:tcPr>
          <w:p w14:paraId="2E3FEF2A" w14:textId="334186C8" w:rsidR="000C5D5F" w:rsidRPr="00CC4AF4" w:rsidRDefault="000C5D5F" w:rsidP="005245F4">
            <w:pPr>
              <w:jc w:val="center"/>
            </w:pPr>
            <w:r w:rsidRPr="00CC4AF4">
              <w:t>Apellido materno</w:t>
            </w:r>
          </w:p>
        </w:tc>
        <w:tc>
          <w:tcPr>
            <w:tcW w:w="1559" w:type="dxa"/>
          </w:tcPr>
          <w:p w14:paraId="2874F59F" w14:textId="77777777" w:rsidR="000C5D5F" w:rsidRPr="00CC4AF4" w:rsidRDefault="000C5D5F" w:rsidP="005245F4">
            <w:pPr>
              <w:jc w:val="center"/>
            </w:pPr>
          </w:p>
        </w:tc>
      </w:tr>
      <w:tr w:rsidR="000C5D5F" w:rsidRPr="00CC4AF4" w14:paraId="33586A2B" w14:textId="27F64346" w:rsidTr="000C5D5F">
        <w:trPr>
          <w:jc w:val="center"/>
        </w:trPr>
        <w:tc>
          <w:tcPr>
            <w:tcW w:w="1417" w:type="dxa"/>
          </w:tcPr>
          <w:p w14:paraId="28FC4FD9" w14:textId="77777777" w:rsidR="000C5D5F" w:rsidRPr="00CC4AF4" w:rsidRDefault="000C5D5F" w:rsidP="005245F4">
            <w:pPr>
              <w:jc w:val="center"/>
            </w:pPr>
            <w:r w:rsidRPr="00CC4AF4">
              <w:t>Rut</w:t>
            </w:r>
          </w:p>
        </w:tc>
        <w:tc>
          <w:tcPr>
            <w:tcW w:w="1436" w:type="dxa"/>
          </w:tcPr>
          <w:p w14:paraId="49F35078" w14:textId="77777777" w:rsidR="000C5D5F" w:rsidRPr="00CC4AF4" w:rsidRDefault="000C5D5F" w:rsidP="005245F4">
            <w:pPr>
              <w:jc w:val="center"/>
            </w:pPr>
          </w:p>
        </w:tc>
        <w:tc>
          <w:tcPr>
            <w:tcW w:w="2184" w:type="dxa"/>
          </w:tcPr>
          <w:p w14:paraId="72900F7F" w14:textId="48DC63F4" w:rsidR="000C5D5F" w:rsidRPr="00CC4AF4" w:rsidRDefault="000C5D5F" w:rsidP="005245F4">
            <w:pPr>
              <w:jc w:val="center"/>
            </w:pPr>
            <w:r w:rsidRPr="00CC4AF4">
              <w:t>Fecha de nacimiento</w:t>
            </w:r>
          </w:p>
        </w:tc>
        <w:tc>
          <w:tcPr>
            <w:tcW w:w="1308" w:type="dxa"/>
          </w:tcPr>
          <w:p w14:paraId="5F4BCB2E" w14:textId="77777777" w:rsidR="000C5D5F" w:rsidRPr="00CC4AF4" w:rsidRDefault="000C5D5F" w:rsidP="005245F4">
            <w:pPr>
              <w:jc w:val="center"/>
            </w:pPr>
          </w:p>
        </w:tc>
        <w:tc>
          <w:tcPr>
            <w:tcW w:w="1843" w:type="dxa"/>
          </w:tcPr>
          <w:p w14:paraId="1BAF68E9" w14:textId="5B4E20C3" w:rsidR="000C5D5F" w:rsidRPr="00CC4AF4" w:rsidRDefault="000C5D5F" w:rsidP="005245F4">
            <w:pPr>
              <w:jc w:val="center"/>
            </w:pPr>
          </w:p>
        </w:tc>
        <w:tc>
          <w:tcPr>
            <w:tcW w:w="1559" w:type="dxa"/>
          </w:tcPr>
          <w:p w14:paraId="2D7FA042" w14:textId="77777777" w:rsidR="000C5D5F" w:rsidRPr="00CC4AF4" w:rsidRDefault="000C5D5F" w:rsidP="005245F4">
            <w:pPr>
              <w:jc w:val="center"/>
            </w:pPr>
          </w:p>
        </w:tc>
      </w:tr>
      <w:tr w:rsidR="000C5D5F" w:rsidRPr="00CC4AF4" w14:paraId="3DE39515" w14:textId="6FF1F507" w:rsidTr="000C5D5F">
        <w:trPr>
          <w:jc w:val="center"/>
        </w:trPr>
        <w:tc>
          <w:tcPr>
            <w:tcW w:w="1417" w:type="dxa"/>
          </w:tcPr>
          <w:p w14:paraId="61EDBDF3" w14:textId="77777777" w:rsidR="000C5D5F" w:rsidRPr="00CC4AF4" w:rsidRDefault="000C5D5F" w:rsidP="005245F4">
            <w:pPr>
              <w:jc w:val="center"/>
            </w:pPr>
            <w:r w:rsidRPr="00CC4AF4">
              <w:t>Dirección</w:t>
            </w:r>
          </w:p>
        </w:tc>
        <w:tc>
          <w:tcPr>
            <w:tcW w:w="1436" w:type="dxa"/>
          </w:tcPr>
          <w:p w14:paraId="0080686F" w14:textId="77777777" w:rsidR="000C5D5F" w:rsidRPr="00CC4AF4" w:rsidRDefault="000C5D5F" w:rsidP="005245F4">
            <w:pPr>
              <w:jc w:val="center"/>
            </w:pPr>
          </w:p>
        </w:tc>
        <w:tc>
          <w:tcPr>
            <w:tcW w:w="2184" w:type="dxa"/>
          </w:tcPr>
          <w:p w14:paraId="789CF44E" w14:textId="1BCC1CFA" w:rsidR="000C5D5F" w:rsidRPr="00CC4AF4" w:rsidRDefault="000C5D5F" w:rsidP="005245F4">
            <w:pPr>
              <w:jc w:val="center"/>
            </w:pPr>
            <w:r w:rsidRPr="00CC4AF4">
              <w:t>Ciudad/localidad</w:t>
            </w:r>
          </w:p>
        </w:tc>
        <w:tc>
          <w:tcPr>
            <w:tcW w:w="1308" w:type="dxa"/>
          </w:tcPr>
          <w:p w14:paraId="56384A6A" w14:textId="77777777" w:rsidR="000C5D5F" w:rsidRPr="00CC4AF4" w:rsidRDefault="000C5D5F" w:rsidP="005245F4">
            <w:pPr>
              <w:jc w:val="center"/>
            </w:pPr>
          </w:p>
        </w:tc>
        <w:tc>
          <w:tcPr>
            <w:tcW w:w="1843" w:type="dxa"/>
          </w:tcPr>
          <w:p w14:paraId="38555D28" w14:textId="7A241B4D" w:rsidR="000C5D5F" w:rsidRPr="00CC4AF4" w:rsidRDefault="000C5D5F" w:rsidP="005245F4">
            <w:pPr>
              <w:jc w:val="center"/>
            </w:pPr>
            <w:r w:rsidRPr="00CC4AF4">
              <w:t>Comuna</w:t>
            </w:r>
          </w:p>
        </w:tc>
        <w:tc>
          <w:tcPr>
            <w:tcW w:w="1559" w:type="dxa"/>
          </w:tcPr>
          <w:p w14:paraId="30520607" w14:textId="77777777" w:rsidR="000C5D5F" w:rsidRPr="00CC4AF4" w:rsidRDefault="000C5D5F" w:rsidP="005245F4">
            <w:pPr>
              <w:jc w:val="center"/>
            </w:pPr>
          </w:p>
        </w:tc>
      </w:tr>
      <w:tr w:rsidR="000C5D5F" w:rsidRPr="00CC4AF4" w14:paraId="416E4DBE" w14:textId="573D7372" w:rsidTr="000C5D5F">
        <w:trPr>
          <w:jc w:val="center"/>
        </w:trPr>
        <w:tc>
          <w:tcPr>
            <w:tcW w:w="1417" w:type="dxa"/>
          </w:tcPr>
          <w:p w14:paraId="5EDB2064" w14:textId="77777777" w:rsidR="000C5D5F" w:rsidRPr="00CC4AF4" w:rsidRDefault="000C5D5F" w:rsidP="005245F4">
            <w:pPr>
              <w:jc w:val="center"/>
            </w:pPr>
            <w:r w:rsidRPr="00CC4AF4">
              <w:t>Teléfono fijo</w:t>
            </w:r>
          </w:p>
        </w:tc>
        <w:tc>
          <w:tcPr>
            <w:tcW w:w="1436" w:type="dxa"/>
          </w:tcPr>
          <w:p w14:paraId="0116BA42" w14:textId="77777777" w:rsidR="000C5D5F" w:rsidRPr="00CC4AF4" w:rsidRDefault="000C5D5F" w:rsidP="005245F4">
            <w:pPr>
              <w:jc w:val="center"/>
            </w:pPr>
          </w:p>
        </w:tc>
        <w:tc>
          <w:tcPr>
            <w:tcW w:w="2184" w:type="dxa"/>
          </w:tcPr>
          <w:p w14:paraId="17768D66" w14:textId="6AE2279E" w:rsidR="000C5D5F" w:rsidRPr="00CC4AF4" w:rsidRDefault="000C5D5F" w:rsidP="005245F4">
            <w:pPr>
              <w:jc w:val="center"/>
            </w:pPr>
            <w:r w:rsidRPr="00CC4AF4">
              <w:t>Correo electrónico</w:t>
            </w:r>
          </w:p>
        </w:tc>
        <w:tc>
          <w:tcPr>
            <w:tcW w:w="1308" w:type="dxa"/>
          </w:tcPr>
          <w:p w14:paraId="11291C27" w14:textId="77777777" w:rsidR="000C5D5F" w:rsidRPr="00CC4AF4" w:rsidRDefault="000C5D5F" w:rsidP="005245F4">
            <w:pPr>
              <w:jc w:val="center"/>
            </w:pPr>
          </w:p>
        </w:tc>
        <w:tc>
          <w:tcPr>
            <w:tcW w:w="1843" w:type="dxa"/>
          </w:tcPr>
          <w:p w14:paraId="3A1B3934" w14:textId="79DC3D50" w:rsidR="000C5D5F" w:rsidRPr="00CC4AF4" w:rsidRDefault="000C5D5F" w:rsidP="005245F4">
            <w:pPr>
              <w:jc w:val="center"/>
            </w:pPr>
            <w:r w:rsidRPr="00CC4AF4">
              <w:t>Celular</w:t>
            </w:r>
          </w:p>
        </w:tc>
        <w:tc>
          <w:tcPr>
            <w:tcW w:w="1559" w:type="dxa"/>
          </w:tcPr>
          <w:p w14:paraId="6B82B9B3" w14:textId="77777777" w:rsidR="000C5D5F" w:rsidRPr="00CC4AF4" w:rsidRDefault="000C5D5F" w:rsidP="005245F4">
            <w:pPr>
              <w:jc w:val="center"/>
            </w:pPr>
          </w:p>
        </w:tc>
      </w:tr>
    </w:tbl>
    <w:p w14:paraId="082D91C6" w14:textId="77777777" w:rsidR="005245F4" w:rsidRDefault="005245F4" w:rsidP="005245F4">
      <w:pPr>
        <w:jc w:val="center"/>
      </w:pPr>
    </w:p>
    <w:p w14:paraId="329A8A2C" w14:textId="6540F616" w:rsidR="00B74C6C" w:rsidRPr="00CC4AF4" w:rsidRDefault="008945D6" w:rsidP="005245F4">
      <w:pPr>
        <w:jc w:val="center"/>
      </w:pPr>
      <w:r w:rsidRPr="00CC4AF4">
        <w:t>2.- BREVE DESCRIPCIÓN DE LA DENUNCIA</w:t>
      </w:r>
    </w:p>
    <w:tbl>
      <w:tblPr>
        <w:tblStyle w:val="Tablaconcuadrcula"/>
        <w:tblW w:w="9442" w:type="dxa"/>
        <w:tblLook w:val="04A0" w:firstRow="1" w:lastRow="0" w:firstColumn="1" w:lastColumn="0" w:noHBand="0" w:noVBand="1"/>
      </w:tblPr>
      <w:tblGrid>
        <w:gridCol w:w="9442"/>
      </w:tblGrid>
      <w:tr w:rsidR="00B74C6C" w:rsidRPr="00CC4AF4" w14:paraId="1AA894F1" w14:textId="77777777" w:rsidTr="00CC4AF4">
        <w:trPr>
          <w:trHeight w:val="532"/>
        </w:trPr>
        <w:tc>
          <w:tcPr>
            <w:tcW w:w="9442" w:type="dxa"/>
          </w:tcPr>
          <w:p w14:paraId="6DB382AA" w14:textId="3CCE8DE0" w:rsidR="00B74C6C" w:rsidRPr="00CC4AF4" w:rsidRDefault="00B74C6C" w:rsidP="005245F4">
            <w:pPr>
              <w:jc w:val="center"/>
            </w:pPr>
          </w:p>
        </w:tc>
      </w:tr>
      <w:tr w:rsidR="00B74C6C" w:rsidRPr="00CC4AF4" w14:paraId="0DD41829" w14:textId="77777777" w:rsidTr="00CC4AF4">
        <w:trPr>
          <w:trHeight w:val="532"/>
        </w:trPr>
        <w:tc>
          <w:tcPr>
            <w:tcW w:w="9442" w:type="dxa"/>
          </w:tcPr>
          <w:p w14:paraId="5066ABA7" w14:textId="5B259441" w:rsidR="00B74C6C" w:rsidRPr="00CC4AF4" w:rsidRDefault="00B74C6C" w:rsidP="005245F4">
            <w:pPr>
              <w:jc w:val="center"/>
            </w:pPr>
          </w:p>
        </w:tc>
      </w:tr>
      <w:tr w:rsidR="00B74C6C" w:rsidRPr="00CC4AF4" w14:paraId="196739FA" w14:textId="77777777" w:rsidTr="00CC4AF4">
        <w:trPr>
          <w:trHeight w:val="532"/>
        </w:trPr>
        <w:tc>
          <w:tcPr>
            <w:tcW w:w="9442" w:type="dxa"/>
          </w:tcPr>
          <w:p w14:paraId="1CAFA55A" w14:textId="4BB55F33" w:rsidR="00B74C6C" w:rsidRPr="00CC4AF4" w:rsidRDefault="00B74C6C" w:rsidP="005245F4">
            <w:pPr>
              <w:jc w:val="center"/>
            </w:pPr>
          </w:p>
        </w:tc>
      </w:tr>
      <w:tr w:rsidR="00B74C6C" w:rsidRPr="00CC4AF4" w14:paraId="1C29FE3C" w14:textId="77777777" w:rsidTr="00CC4AF4">
        <w:trPr>
          <w:trHeight w:val="532"/>
        </w:trPr>
        <w:tc>
          <w:tcPr>
            <w:tcW w:w="9442" w:type="dxa"/>
          </w:tcPr>
          <w:p w14:paraId="2827DBDA" w14:textId="0811FC5A" w:rsidR="00B74C6C" w:rsidRPr="00CC4AF4" w:rsidRDefault="00B74C6C" w:rsidP="005245F4">
            <w:pPr>
              <w:jc w:val="center"/>
            </w:pPr>
          </w:p>
        </w:tc>
      </w:tr>
      <w:tr w:rsidR="00B74C6C" w:rsidRPr="00CC4AF4" w14:paraId="49558EC2" w14:textId="77777777" w:rsidTr="00CC4AF4">
        <w:trPr>
          <w:trHeight w:val="532"/>
        </w:trPr>
        <w:tc>
          <w:tcPr>
            <w:tcW w:w="9442" w:type="dxa"/>
          </w:tcPr>
          <w:p w14:paraId="120AF494" w14:textId="350AAD7C" w:rsidR="00B74C6C" w:rsidRPr="00CC4AF4" w:rsidRDefault="00B74C6C" w:rsidP="005245F4">
            <w:pPr>
              <w:jc w:val="center"/>
            </w:pPr>
          </w:p>
        </w:tc>
      </w:tr>
      <w:tr w:rsidR="00B74C6C" w:rsidRPr="00CC4AF4" w14:paraId="618978AA" w14:textId="77777777" w:rsidTr="00CC4AF4">
        <w:trPr>
          <w:trHeight w:val="532"/>
        </w:trPr>
        <w:tc>
          <w:tcPr>
            <w:tcW w:w="9442" w:type="dxa"/>
          </w:tcPr>
          <w:p w14:paraId="72527CC5" w14:textId="75AE4F00" w:rsidR="00B74C6C" w:rsidRPr="00CC4AF4" w:rsidRDefault="00B74C6C" w:rsidP="005245F4">
            <w:pPr>
              <w:jc w:val="center"/>
            </w:pPr>
          </w:p>
        </w:tc>
      </w:tr>
      <w:tr w:rsidR="00B74C6C" w:rsidRPr="00CC4AF4" w14:paraId="484CE02D" w14:textId="77777777" w:rsidTr="00CC4AF4">
        <w:trPr>
          <w:trHeight w:val="532"/>
        </w:trPr>
        <w:tc>
          <w:tcPr>
            <w:tcW w:w="9442" w:type="dxa"/>
          </w:tcPr>
          <w:p w14:paraId="71E70F8F" w14:textId="3B19B4DA" w:rsidR="00B74C6C" w:rsidRPr="00CC4AF4" w:rsidRDefault="00B74C6C" w:rsidP="005245F4">
            <w:pPr>
              <w:jc w:val="center"/>
            </w:pPr>
          </w:p>
        </w:tc>
      </w:tr>
      <w:tr w:rsidR="00CC4AF4" w:rsidRPr="00CC4AF4" w14:paraId="12129B4B" w14:textId="77777777" w:rsidTr="00CC4AF4">
        <w:trPr>
          <w:trHeight w:val="532"/>
        </w:trPr>
        <w:tc>
          <w:tcPr>
            <w:tcW w:w="9442" w:type="dxa"/>
          </w:tcPr>
          <w:p w14:paraId="56FF0FEB" w14:textId="77777777" w:rsidR="00CC4AF4" w:rsidRPr="00CC4AF4" w:rsidRDefault="00CC4AF4" w:rsidP="005245F4">
            <w:pPr>
              <w:jc w:val="center"/>
            </w:pPr>
          </w:p>
        </w:tc>
      </w:tr>
      <w:tr w:rsidR="00CC4AF4" w:rsidRPr="00CC4AF4" w14:paraId="0549D21F" w14:textId="77777777" w:rsidTr="00CC4AF4">
        <w:trPr>
          <w:trHeight w:val="532"/>
        </w:trPr>
        <w:tc>
          <w:tcPr>
            <w:tcW w:w="9442" w:type="dxa"/>
          </w:tcPr>
          <w:p w14:paraId="54A97DBE" w14:textId="77777777" w:rsidR="00CC4AF4" w:rsidRPr="00CC4AF4" w:rsidRDefault="00CC4AF4" w:rsidP="005245F4">
            <w:pPr>
              <w:jc w:val="center"/>
            </w:pPr>
          </w:p>
        </w:tc>
      </w:tr>
      <w:tr w:rsidR="00B74C6C" w:rsidRPr="00CC4AF4" w14:paraId="01F67EA9" w14:textId="77777777" w:rsidTr="00CC4AF4">
        <w:trPr>
          <w:trHeight w:val="532"/>
        </w:trPr>
        <w:tc>
          <w:tcPr>
            <w:tcW w:w="9442" w:type="dxa"/>
          </w:tcPr>
          <w:p w14:paraId="423CD527" w14:textId="77777777" w:rsidR="00B74C6C" w:rsidRPr="00CC4AF4" w:rsidRDefault="00B74C6C" w:rsidP="005245F4">
            <w:pPr>
              <w:jc w:val="center"/>
            </w:pPr>
          </w:p>
          <w:p w14:paraId="484108AC" w14:textId="590445B0" w:rsidR="00CC4AF4" w:rsidRPr="00CC4AF4" w:rsidRDefault="00CC4AF4" w:rsidP="005245F4">
            <w:pPr>
              <w:jc w:val="center"/>
            </w:pPr>
          </w:p>
        </w:tc>
      </w:tr>
    </w:tbl>
    <w:p w14:paraId="5A535CEA" w14:textId="77777777" w:rsidR="00290559" w:rsidRPr="00CC4AF4" w:rsidRDefault="00290559" w:rsidP="005245F4">
      <w:pPr>
        <w:jc w:val="center"/>
      </w:pPr>
    </w:p>
    <w:p w14:paraId="3483A39B" w14:textId="5331ED20" w:rsidR="00290559" w:rsidRPr="00CC4AF4" w:rsidRDefault="008945D6" w:rsidP="0030175E">
      <w:pPr>
        <w:jc w:val="center"/>
      </w:pPr>
      <w:r w:rsidRPr="00CC4AF4">
        <w:t>FIRMA DEL DENUNCIANTE</w:t>
      </w:r>
    </w:p>
    <w:p w14:paraId="267C8127" w14:textId="77777777" w:rsidR="00B74C6C" w:rsidRPr="00CC4AF4" w:rsidRDefault="008945D6" w:rsidP="005245F4">
      <w:pPr>
        <w:jc w:val="center"/>
      </w:pPr>
      <w:r w:rsidRPr="00CC4AF4">
        <w:t>UNIDAD DE MEDIO AMBIENTE – ILUSTRE MUNICIPALIDAD DE MÁFIL</w:t>
      </w:r>
    </w:p>
    <w:p w14:paraId="11736A12" w14:textId="77777777" w:rsidR="00B74C6C" w:rsidRPr="00CC4AF4" w:rsidRDefault="008945D6" w:rsidP="005245F4">
      <w:pPr>
        <w:jc w:val="center"/>
      </w:pPr>
      <w:r w:rsidRPr="00CC4AF4">
        <w:br w:type="page"/>
      </w:r>
    </w:p>
    <w:p w14:paraId="13B8F129" w14:textId="77777777" w:rsidR="00B74C6C" w:rsidRPr="00CC4AF4" w:rsidRDefault="008945D6" w:rsidP="005245F4">
      <w:pPr>
        <w:jc w:val="center"/>
      </w:pPr>
      <w:r w:rsidRPr="00CC4AF4">
        <w:lastRenderedPageBreak/>
        <w:t>3.- DERIVACIÓN A ORGANISMOS CON COMPETENCIA AMBIENTAL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75"/>
        <w:gridCol w:w="2878"/>
        <w:gridCol w:w="2877"/>
      </w:tblGrid>
      <w:tr w:rsidR="00B74C6C" w:rsidRPr="00CC4AF4" w14:paraId="2AC9F8FC" w14:textId="77777777">
        <w:tc>
          <w:tcPr>
            <w:tcW w:w="2880" w:type="dxa"/>
          </w:tcPr>
          <w:p w14:paraId="39086359" w14:textId="77777777" w:rsidR="00B74C6C" w:rsidRPr="00CC4AF4" w:rsidRDefault="008945D6" w:rsidP="005245F4">
            <w:pPr>
              <w:jc w:val="center"/>
            </w:pPr>
            <w:r w:rsidRPr="00CC4AF4">
              <w:t>Marcar con una X</w:t>
            </w:r>
          </w:p>
        </w:tc>
        <w:tc>
          <w:tcPr>
            <w:tcW w:w="2880" w:type="dxa"/>
          </w:tcPr>
          <w:p w14:paraId="11D822AE" w14:textId="77777777" w:rsidR="00B74C6C" w:rsidRPr="00CC4AF4" w:rsidRDefault="008945D6" w:rsidP="005245F4">
            <w:pPr>
              <w:jc w:val="center"/>
            </w:pPr>
            <w:r w:rsidRPr="00CC4AF4">
              <w:t>Organismo Competente</w:t>
            </w:r>
          </w:p>
        </w:tc>
        <w:tc>
          <w:tcPr>
            <w:tcW w:w="2880" w:type="dxa"/>
          </w:tcPr>
          <w:p w14:paraId="2BB71C6B" w14:textId="77777777" w:rsidR="00B74C6C" w:rsidRPr="00CC4AF4" w:rsidRDefault="008945D6" w:rsidP="005245F4">
            <w:pPr>
              <w:jc w:val="center"/>
            </w:pPr>
            <w:r w:rsidRPr="00CC4AF4">
              <w:t>Observaciones</w:t>
            </w:r>
          </w:p>
        </w:tc>
      </w:tr>
      <w:tr w:rsidR="00B74C6C" w:rsidRPr="00CC4AF4" w14:paraId="1AC19247" w14:textId="77777777">
        <w:tc>
          <w:tcPr>
            <w:tcW w:w="2880" w:type="dxa"/>
          </w:tcPr>
          <w:p w14:paraId="2161934C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375C837B" w14:textId="77777777" w:rsidR="00B74C6C" w:rsidRPr="00CC4AF4" w:rsidRDefault="008945D6" w:rsidP="005245F4">
            <w:pPr>
              <w:jc w:val="center"/>
            </w:pPr>
            <w:r w:rsidRPr="00CC4AF4">
              <w:t xml:space="preserve">Municipalidad de </w:t>
            </w:r>
            <w:proofErr w:type="spellStart"/>
            <w:r w:rsidRPr="00CC4AF4">
              <w:t>Máfil</w:t>
            </w:r>
            <w:proofErr w:type="spellEnd"/>
            <w:r w:rsidRPr="00CC4AF4">
              <w:t xml:space="preserve"> (DOM, Ordenanzas, otros)</w:t>
            </w:r>
          </w:p>
        </w:tc>
        <w:tc>
          <w:tcPr>
            <w:tcW w:w="2880" w:type="dxa"/>
          </w:tcPr>
          <w:p w14:paraId="732CDA5A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64DD93B7" w14:textId="77777777">
        <w:tc>
          <w:tcPr>
            <w:tcW w:w="2880" w:type="dxa"/>
          </w:tcPr>
          <w:p w14:paraId="0F1570B5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44918B19" w14:textId="77777777" w:rsidR="00B74C6C" w:rsidRPr="00CC4AF4" w:rsidRDefault="008945D6" w:rsidP="005245F4">
            <w:pPr>
              <w:jc w:val="center"/>
            </w:pPr>
            <w:r w:rsidRPr="00CC4AF4">
              <w:t>Superintendencia del Medio Ambiente</w:t>
            </w:r>
          </w:p>
        </w:tc>
        <w:tc>
          <w:tcPr>
            <w:tcW w:w="2880" w:type="dxa"/>
          </w:tcPr>
          <w:p w14:paraId="1E921287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45D2994D" w14:textId="77777777">
        <w:tc>
          <w:tcPr>
            <w:tcW w:w="2880" w:type="dxa"/>
          </w:tcPr>
          <w:p w14:paraId="2378C90C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6BC5849C" w14:textId="77777777" w:rsidR="00B74C6C" w:rsidRPr="00CC4AF4" w:rsidRDefault="008945D6" w:rsidP="005245F4">
            <w:pPr>
              <w:jc w:val="center"/>
            </w:pPr>
            <w:r w:rsidRPr="00CC4AF4">
              <w:t>Superintendencia de Servicios Sanitarios</w:t>
            </w:r>
          </w:p>
        </w:tc>
        <w:tc>
          <w:tcPr>
            <w:tcW w:w="2880" w:type="dxa"/>
          </w:tcPr>
          <w:p w14:paraId="137D37CE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4E9B780D" w14:textId="77777777">
        <w:tc>
          <w:tcPr>
            <w:tcW w:w="2880" w:type="dxa"/>
          </w:tcPr>
          <w:p w14:paraId="3B4FF30B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052BBF32" w14:textId="77777777" w:rsidR="00B74C6C" w:rsidRPr="00CC4AF4" w:rsidRDefault="008945D6" w:rsidP="005245F4">
            <w:pPr>
              <w:jc w:val="center"/>
            </w:pPr>
            <w:r w:rsidRPr="00CC4AF4">
              <w:t>Superintendencia de Energía y Combustibles</w:t>
            </w:r>
          </w:p>
        </w:tc>
        <w:tc>
          <w:tcPr>
            <w:tcW w:w="2880" w:type="dxa"/>
          </w:tcPr>
          <w:p w14:paraId="7A529E9A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0CDD1398" w14:textId="77777777">
        <w:tc>
          <w:tcPr>
            <w:tcW w:w="2880" w:type="dxa"/>
          </w:tcPr>
          <w:p w14:paraId="3D59592C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27BECDA5" w14:textId="77777777" w:rsidR="00B74C6C" w:rsidRPr="00CC4AF4" w:rsidRDefault="008945D6" w:rsidP="005245F4">
            <w:pPr>
              <w:jc w:val="center"/>
            </w:pPr>
            <w:r w:rsidRPr="00CC4AF4">
              <w:t>Servicio de Evaluación Ambiental</w:t>
            </w:r>
          </w:p>
        </w:tc>
        <w:tc>
          <w:tcPr>
            <w:tcW w:w="2880" w:type="dxa"/>
          </w:tcPr>
          <w:p w14:paraId="5DE3F28E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3EFF30E8" w14:textId="77777777">
        <w:tc>
          <w:tcPr>
            <w:tcW w:w="2880" w:type="dxa"/>
          </w:tcPr>
          <w:p w14:paraId="1845782D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3C20148A" w14:textId="77777777" w:rsidR="00B74C6C" w:rsidRPr="00CC4AF4" w:rsidRDefault="008945D6" w:rsidP="005245F4">
            <w:pPr>
              <w:jc w:val="center"/>
            </w:pPr>
            <w:r w:rsidRPr="00CC4AF4">
              <w:t>Autoridad Sanitaria Región de Los Ríos</w:t>
            </w:r>
          </w:p>
        </w:tc>
        <w:tc>
          <w:tcPr>
            <w:tcW w:w="2880" w:type="dxa"/>
          </w:tcPr>
          <w:p w14:paraId="35C0C2D5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1225C3F1" w14:textId="77777777">
        <w:tc>
          <w:tcPr>
            <w:tcW w:w="2880" w:type="dxa"/>
          </w:tcPr>
          <w:p w14:paraId="5F0411B7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3A2886BA" w14:textId="77777777" w:rsidR="00B74C6C" w:rsidRPr="00CC4AF4" w:rsidRDefault="008945D6" w:rsidP="005245F4">
            <w:pPr>
              <w:jc w:val="center"/>
            </w:pPr>
            <w:r w:rsidRPr="00CC4AF4">
              <w:t>Carabineros</w:t>
            </w:r>
          </w:p>
        </w:tc>
        <w:tc>
          <w:tcPr>
            <w:tcW w:w="2880" w:type="dxa"/>
          </w:tcPr>
          <w:p w14:paraId="3FC560F7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7F115341" w14:textId="77777777">
        <w:tc>
          <w:tcPr>
            <w:tcW w:w="2880" w:type="dxa"/>
          </w:tcPr>
          <w:p w14:paraId="4DDAB0B8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59BA5736" w14:textId="77777777" w:rsidR="00B74C6C" w:rsidRPr="00CC4AF4" w:rsidRDefault="008945D6" w:rsidP="005245F4">
            <w:pPr>
              <w:jc w:val="center"/>
            </w:pPr>
            <w:r w:rsidRPr="00CC4AF4">
              <w:t>Superintendencia de Bomberos</w:t>
            </w:r>
          </w:p>
        </w:tc>
        <w:tc>
          <w:tcPr>
            <w:tcW w:w="2880" w:type="dxa"/>
          </w:tcPr>
          <w:p w14:paraId="5CB0A0AF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4A9AE3F3" w14:textId="77777777">
        <w:tc>
          <w:tcPr>
            <w:tcW w:w="2880" w:type="dxa"/>
          </w:tcPr>
          <w:p w14:paraId="56B3E437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4E46F8B5" w14:textId="77777777" w:rsidR="00B74C6C" w:rsidRPr="00CC4AF4" w:rsidRDefault="008945D6" w:rsidP="005245F4">
            <w:pPr>
              <w:jc w:val="center"/>
            </w:pPr>
            <w:r w:rsidRPr="00CC4AF4">
              <w:t>Servicio de Salud Valdivia</w:t>
            </w:r>
          </w:p>
        </w:tc>
        <w:tc>
          <w:tcPr>
            <w:tcW w:w="2880" w:type="dxa"/>
          </w:tcPr>
          <w:p w14:paraId="13C012B8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7E65CA51" w14:textId="77777777">
        <w:tc>
          <w:tcPr>
            <w:tcW w:w="2880" w:type="dxa"/>
          </w:tcPr>
          <w:p w14:paraId="3327C994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186D069D" w14:textId="77777777" w:rsidR="00B74C6C" w:rsidRPr="00CC4AF4" w:rsidRDefault="008945D6" w:rsidP="005245F4">
            <w:pPr>
              <w:jc w:val="center"/>
            </w:pPr>
            <w:r w:rsidRPr="00CC4AF4">
              <w:t>Hospital</w:t>
            </w:r>
          </w:p>
        </w:tc>
        <w:tc>
          <w:tcPr>
            <w:tcW w:w="2880" w:type="dxa"/>
          </w:tcPr>
          <w:p w14:paraId="29A37254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42C22707" w14:textId="77777777">
        <w:tc>
          <w:tcPr>
            <w:tcW w:w="2880" w:type="dxa"/>
          </w:tcPr>
          <w:p w14:paraId="220F8269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480AA8B9" w14:textId="77777777" w:rsidR="00B74C6C" w:rsidRPr="00CC4AF4" w:rsidRDefault="008945D6" w:rsidP="005245F4">
            <w:pPr>
              <w:jc w:val="center"/>
            </w:pPr>
            <w:proofErr w:type="spellStart"/>
            <w:r w:rsidRPr="00CC4AF4">
              <w:t>Cesfam</w:t>
            </w:r>
            <w:proofErr w:type="spellEnd"/>
          </w:p>
        </w:tc>
        <w:tc>
          <w:tcPr>
            <w:tcW w:w="2880" w:type="dxa"/>
          </w:tcPr>
          <w:p w14:paraId="5BF78BFC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6D50C6EB" w14:textId="77777777">
        <w:tc>
          <w:tcPr>
            <w:tcW w:w="2880" w:type="dxa"/>
          </w:tcPr>
          <w:p w14:paraId="2D600146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571DAA14" w14:textId="77777777" w:rsidR="00B74C6C" w:rsidRPr="00CC4AF4" w:rsidRDefault="008945D6" w:rsidP="005245F4">
            <w:pPr>
              <w:jc w:val="center"/>
            </w:pPr>
            <w:r w:rsidRPr="00CC4AF4">
              <w:t>Seremi de Salud Los Ríos</w:t>
            </w:r>
          </w:p>
        </w:tc>
        <w:tc>
          <w:tcPr>
            <w:tcW w:w="2880" w:type="dxa"/>
          </w:tcPr>
          <w:p w14:paraId="28129E54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11049DFB" w14:textId="77777777">
        <w:tc>
          <w:tcPr>
            <w:tcW w:w="2880" w:type="dxa"/>
          </w:tcPr>
          <w:p w14:paraId="4EEC0D5F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50C9D3D9" w14:textId="77777777" w:rsidR="00B74C6C" w:rsidRPr="00CC4AF4" w:rsidRDefault="008945D6" w:rsidP="005245F4">
            <w:pPr>
              <w:jc w:val="center"/>
            </w:pPr>
            <w:r w:rsidRPr="00CC4AF4">
              <w:t>Seremi de Medio Ambiente</w:t>
            </w:r>
          </w:p>
        </w:tc>
        <w:tc>
          <w:tcPr>
            <w:tcW w:w="2880" w:type="dxa"/>
          </w:tcPr>
          <w:p w14:paraId="69D0F99B" w14:textId="77777777" w:rsidR="00B74C6C" w:rsidRPr="00CC4AF4" w:rsidRDefault="00B74C6C" w:rsidP="005245F4">
            <w:pPr>
              <w:jc w:val="center"/>
            </w:pPr>
          </w:p>
        </w:tc>
      </w:tr>
      <w:tr w:rsidR="00B74C6C" w:rsidRPr="00CC4AF4" w14:paraId="52A3512C" w14:textId="77777777">
        <w:tc>
          <w:tcPr>
            <w:tcW w:w="2880" w:type="dxa"/>
          </w:tcPr>
          <w:p w14:paraId="792D6485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80" w:type="dxa"/>
          </w:tcPr>
          <w:p w14:paraId="5D764750" w14:textId="77777777" w:rsidR="00B74C6C" w:rsidRPr="00CC4AF4" w:rsidRDefault="008945D6" w:rsidP="005245F4">
            <w:pPr>
              <w:jc w:val="center"/>
            </w:pPr>
            <w:r w:rsidRPr="00CC4AF4">
              <w:t>Otro</w:t>
            </w:r>
          </w:p>
        </w:tc>
        <w:tc>
          <w:tcPr>
            <w:tcW w:w="2880" w:type="dxa"/>
          </w:tcPr>
          <w:p w14:paraId="1D9AB1CA" w14:textId="77777777" w:rsidR="00B74C6C" w:rsidRPr="00CC4AF4" w:rsidRDefault="00B74C6C" w:rsidP="005245F4">
            <w:pPr>
              <w:jc w:val="center"/>
            </w:pPr>
          </w:p>
        </w:tc>
      </w:tr>
    </w:tbl>
    <w:p w14:paraId="47538E95" w14:textId="77777777" w:rsidR="008A09FB" w:rsidRDefault="008A09FB" w:rsidP="005245F4">
      <w:pPr>
        <w:jc w:val="center"/>
      </w:pPr>
    </w:p>
    <w:p w14:paraId="5E6DE710" w14:textId="1C56C1BF" w:rsidR="00B74C6C" w:rsidRPr="00CC4AF4" w:rsidRDefault="008945D6" w:rsidP="005245F4">
      <w:pPr>
        <w:jc w:val="center"/>
      </w:pPr>
      <w:r w:rsidRPr="00CC4AF4">
        <w:t>4.- INGRESO DE DOCUMENTOS DE RESPALDO        Sí ____     No ____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980"/>
      </w:tblGrid>
      <w:tr w:rsidR="00B74C6C" w:rsidRPr="00CC4AF4" w14:paraId="5848C783" w14:textId="77777777" w:rsidTr="00CF717E">
        <w:trPr>
          <w:trHeight w:val="507"/>
          <w:jc w:val="center"/>
        </w:trPr>
        <w:tc>
          <w:tcPr>
            <w:tcW w:w="7980" w:type="dxa"/>
          </w:tcPr>
          <w:p w14:paraId="053F3AF1" w14:textId="754D00A4" w:rsidR="00B74C6C" w:rsidRDefault="008945D6" w:rsidP="00F7111F">
            <w:r w:rsidRPr="00CC4AF4">
              <w:t>¿Qué documento de respaldo?</w:t>
            </w:r>
            <w:r w:rsidR="00F7111F">
              <w:t xml:space="preserve"> </w:t>
            </w:r>
            <w:r w:rsidR="00CF717E">
              <w:t>_____________________________________</w:t>
            </w:r>
          </w:p>
          <w:p w14:paraId="4CBC5B6C" w14:textId="77777777" w:rsidR="00F7111F" w:rsidRDefault="00F7111F" w:rsidP="005245F4">
            <w:pPr>
              <w:jc w:val="center"/>
            </w:pPr>
          </w:p>
          <w:p w14:paraId="39464819" w14:textId="77777777" w:rsidR="00F7111F" w:rsidRPr="00CC4AF4" w:rsidRDefault="00F7111F" w:rsidP="005245F4">
            <w:pPr>
              <w:jc w:val="center"/>
            </w:pPr>
          </w:p>
        </w:tc>
      </w:tr>
    </w:tbl>
    <w:p w14:paraId="53962190" w14:textId="77777777" w:rsidR="008A09FB" w:rsidRDefault="008A09FB" w:rsidP="005245F4">
      <w:pPr>
        <w:jc w:val="center"/>
      </w:pPr>
    </w:p>
    <w:p w14:paraId="7B1AE406" w14:textId="6B91CDEE" w:rsidR="00B74C6C" w:rsidRPr="00CC4AF4" w:rsidRDefault="008945D6" w:rsidP="005245F4">
      <w:pPr>
        <w:jc w:val="center"/>
      </w:pPr>
      <w:r w:rsidRPr="00CC4AF4">
        <w:t>5.- DATOS DEL FUNCIONARIO/A MUNICIPAL RECEPTOR DE LA DENUNCIA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79"/>
        <w:gridCol w:w="2874"/>
        <w:gridCol w:w="2877"/>
      </w:tblGrid>
      <w:tr w:rsidR="00B74C6C" w:rsidRPr="00CC4AF4" w14:paraId="64394925" w14:textId="77777777" w:rsidTr="00CF717E">
        <w:trPr>
          <w:trHeight w:val="569"/>
        </w:trPr>
        <w:tc>
          <w:tcPr>
            <w:tcW w:w="2895" w:type="dxa"/>
          </w:tcPr>
          <w:p w14:paraId="51AAA88C" w14:textId="77777777" w:rsidR="00B74C6C" w:rsidRPr="00CC4AF4" w:rsidRDefault="008945D6" w:rsidP="005245F4">
            <w:pPr>
              <w:jc w:val="center"/>
            </w:pPr>
            <w:r w:rsidRPr="00CC4AF4">
              <w:t>Nombre y Apellidos</w:t>
            </w:r>
          </w:p>
        </w:tc>
        <w:tc>
          <w:tcPr>
            <w:tcW w:w="2895" w:type="dxa"/>
          </w:tcPr>
          <w:p w14:paraId="1B10F221" w14:textId="77777777" w:rsidR="00B74C6C" w:rsidRPr="00CC4AF4" w:rsidRDefault="008945D6" w:rsidP="005245F4">
            <w:pPr>
              <w:jc w:val="center"/>
            </w:pPr>
            <w:r w:rsidRPr="00CC4AF4">
              <w:t>Rut</w:t>
            </w:r>
          </w:p>
        </w:tc>
        <w:tc>
          <w:tcPr>
            <w:tcW w:w="2895" w:type="dxa"/>
          </w:tcPr>
          <w:p w14:paraId="7425ABB6" w14:textId="77777777" w:rsidR="00B74C6C" w:rsidRPr="00CC4AF4" w:rsidRDefault="008945D6" w:rsidP="005245F4">
            <w:pPr>
              <w:jc w:val="center"/>
            </w:pPr>
            <w:r w:rsidRPr="00CC4AF4">
              <w:t>Firma Y Timbre</w:t>
            </w:r>
          </w:p>
        </w:tc>
      </w:tr>
      <w:tr w:rsidR="00B74C6C" w:rsidRPr="00CC4AF4" w14:paraId="5544021A" w14:textId="77777777" w:rsidTr="00CF717E">
        <w:trPr>
          <w:trHeight w:val="569"/>
        </w:trPr>
        <w:tc>
          <w:tcPr>
            <w:tcW w:w="2895" w:type="dxa"/>
          </w:tcPr>
          <w:p w14:paraId="04B7FD2B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95" w:type="dxa"/>
          </w:tcPr>
          <w:p w14:paraId="2177FD3D" w14:textId="77777777" w:rsidR="00B74C6C" w:rsidRPr="00CC4AF4" w:rsidRDefault="00B74C6C" w:rsidP="005245F4">
            <w:pPr>
              <w:jc w:val="center"/>
            </w:pPr>
          </w:p>
        </w:tc>
        <w:tc>
          <w:tcPr>
            <w:tcW w:w="2895" w:type="dxa"/>
          </w:tcPr>
          <w:p w14:paraId="133AE3DB" w14:textId="77777777" w:rsidR="00B74C6C" w:rsidRPr="00CC4AF4" w:rsidRDefault="00B74C6C" w:rsidP="005245F4">
            <w:pPr>
              <w:jc w:val="center"/>
            </w:pPr>
          </w:p>
        </w:tc>
      </w:tr>
    </w:tbl>
    <w:p w14:paraId="7FF93FC6" w14:textId="77777777" w:rsidR="005245F4" w:rsidRDefault="005245F4" w:rsidP="005245F4">
      <w:pPr>
        <w:jc w:val="center"/>
      </w:pPr>
    </w:p>
    <w:p w14:paraId="2D118C78" w14:textId="573DFBFF" w:rsidR="00B74C6C" w:rsidRPr="00CC4AF4" w:rsidRDefault="008945D6" w:rsidP="005245F4">
      <w:pPr>
        <w:jc w:val="center"/>
      </w:pPr>
      <w:r w:rsidRPr="00CC4AF4">
        <w:t>UNIDAD DE MEDIO AMBIENTE – ILUSTRE MUNICIPALIDAD DE MÁFIL</w:t>
      </w:r>
    </w:p>
    <w:sectPr w:rsidR="00B74C6C" w:rsidRPr="00CC4AF4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F0AEC" w14:textId="77777777" w:rsidR="008945D6" w:rsidRDefault="008945D6" w:rsidP="0030175E">
      <w:pPr>
        <w:spacing w:after="0" w:line="240" w:lineRule="auto"/>
      </w:pPr>
      <w:r>
        <w:separator/>
      </w:r>
    </w:p>
  </w:endnote>
  <w:endnote w:type="continuationSeparator" w:id="0">
    <w:p w14:paraId="23320959" w14:textId="77777777" w:rsidR="008945D6" w:rsidRDefault="008945D6" w:rsidP="00301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10C51" w14:textId="77777777" w:rsidR="008945D6" w:rsidRDefault="008945D6" w:rsidP="0030175E">
      <w:pPr>
        <w:spacing w:after="0" w:line="240" w:lineRule="auto"/>
      </w:pPr>
      <w:r>
        <w:separator/>
      </w:r>
    </w:p>
  </w:footnote>
  <w:footnote w:type="continuationSeparator" w:id="0">
    <w:p w14:paraId="35C8396E" w14:textId="77777777" w:rsidR="008945D6" w:rsidRDefault="008945D6" w:rsidP="00301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876F9" w14:textId="77777777" w:rsidR="0030175E" w:rsidRDefault="0030175E" w:rsidP="0030175E">
    <w:pPr>
      <w:pStyle w:val="NormalWeb"/>
    </w:pPr>
    <w:r>
      <w:rPr>
        <w:noProof/>
      </w:rPr>
      <w:drawing>
        <wp:inline distT="0" distB="0" distL="0" distR="0" wp14:anchorId="4448F171" wp14:editId="3D6364BA">
          <wp:extent cx="2011680" cy="633730"/>
          <wp:effectExtent l="0" t="0" r="7620" b="0"/>
          <wp:docPr id="15575038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</w:t>
    </w:r>
    <w:r>
      <w:rPr>
        <w:noProof/>
      </w:rPr>
      <w:drawing>
        <wp:inline distT="0" distB="0" distL="0" distR="0" wp14:anchorId="291C03E5" wp14:editId="32CE373E">
          <wp:extent cx="902335" cy="902335"/>
          <wp:effectExtent l="0" t="0" r="0" b="0"/>
          <wp:docPr id="20682439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C2A1134" wp14:editId="64E2BCE6">
          <wp:extent cx="1036320" cy="1036320"/>
          <wp:effectExtent l="0" t="0" r="0" b="0"/>
          <wp:docPr id="117771712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</w:t>
    </w:r>
  </w:p>
  <w:p w14:paraId="00045C0A" w14:textId="77777777" w:rsidR="0030175E" w:rsidRDefault="003017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263884">
    <w:abstractNumId w:val="8"/>
  </w:num>
  <w:num w:numId="2" w16cid:durableId="76874531">
    <w:abstractNumId w:val="6"/>
  </w:num>
  <w:num w:numId="3" w16cid:durableId="1167016564">
    <w:abstractNumId w:val="5"/>
  </w:num>
  <w:num w:numId="4" w16cid:durableId="1951160931">
    <w:abstractNumId w:val="4"/>
  </w:num>
  <w:num w:numId="5" w16cid:durableId="1061900249">
    <w:abstractNumId w:val="7"/>
  </w:num>
  <w:num w:numId="6" w16cid:durableId="90511606">
    <w:abstractNumId w:val="3"/>
  </w:num>
  <w:num w:numId="7" w16cid:durableId="1963999331">
    <w:abstractNumId w:val="2"/>
  </w:num>
  <w:num w:numId="8" w16cid:durableId="1180893803">
    <w:abstractNumId w:val="1"/>
  </w:num>
  <w:num w:numId="9" w16cid:durableId="1549954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D5F"/>
    <w:rsid w:val="0015074B"/>
    <w:rsid w:val="00290559"/>
    <w:rsid w:val="0029639D"/>
    <w:rsid w:val="0030175E"/>
    <w:rsid w:val="00326F90"/>
    <w:rsid w:val="003D3BDC"/>
    <w:rsid w:val="005245F4"/>
    <w:rsid w:val="008945D6"/>
    <w:rsid w:val="008A09FB"/>
    <w:rsid w:val="00AA1D8D"/>
    <w:rsid w:val="00B47730"/>
    <w:rsid w:val="00B74C6C"/>
    <w:rsid w:val="00CB0664"/>
    <w:rsid w:val="00CC4AF4"/>
    <w:rsid w:val="00CF717E"/>
    <w:rsid w:val="00F711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BB1DAE4-C63E-4BF7-81EF-94D525082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301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ANDRES ESTEBAN RUIZ REBOLLEDO</cp:lastModifiedBy>
  <cp:revision>2</cp:revision>
  <dcterms:created xsi:type="dcterms:W3CDTF">2026-08-17T13:57:00Z</dcterms:created>
  <dcterms:modified xsi:type="dcterms:W3CDTF">2026-08-17T13:57:00Z</dcterms:modified>
  <cp:category/>
</cp:coreProperties>
</file>